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Abalone Diver</w:t>
      </w:r>
    </w:p>
    <w:p>
      <w:pPr>
        <w:spacing w:before="0" w:after="240"/>
      </w:pPr>
      <w:r>
        <w:t>I am writing to apply for the role of Abalone Diver with [Company Name]. With hands-on experience in commercial abalone harvesting and a strong commitment to sustainable fishing, I am confident I can contribute to your operation from day one.</w:t>
      </w:r>
    </w:p>
    <w:p>
      <w:pPr>
        <w:spacing w:before="0" w:after="240"/>
      </w:pPr>
      <w:r>
        <w:t>In a previous season, I hand-harvested abalone on rocky reefs and consistently met quota while returning undersized stock. I also maintained my dive gear and air systems, which reduced equipment downtime during short weather windows. My catch records were accurate and submitted on time, supporting compliance with state fisheries regulations.</w:t>
      </w:r>
    </w:p>
    <w:p>
      <w:pPr>
        <w:spacing w:before="0" w:after="240"/>
      </w:pPr>
      <w:r>
        <w:t>I am interested in working with [Company Name] because [add one genuine, specific reason: a project, value, or market position you can point to]. I want to contribute to an operation that values sustainable harvesting, safety and quality.</w:t>
      </w:r>
    </w:p>
    <w:p>
      <w:pPr>
        <w:spacing w:before="0" w:after="240"/>
      </w:pPr>
      <w:r>
        <w:t>Thank you for considering my application. My resume is attached, and I look forward to the opportunity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