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Aboriginal and Torres Strait Islander Education Worker</w:t>
      </w:r>
    </w:p>
    <w:p>
      <w:pPr>
        <w:spacing w:before="0" w:after="240"/>
      </w:pPr>
      <w:r>
        <w:t>I am writing to apply for the position of Aboriginal and Torres Strait Islander Education Worker at [Company Name]. With a strong background in supporting Indigenous students and a deep commitment to cultural safety, I am confident I can make a meaningful contribution to your school community.</w:t>
      </w:r>
    </w:p>
    <w:p>
      <w:pPr>
        <w:spacing w:before="0" w:after="240"/>
      </w:pPr>
      <w:r>
        <w:t>In my current role, I support a cohort of Aboriginal and Torres Strait Islander students across multiple year levels. By building trusting relationships with families and working closely with teachers, I helped improve attendance and engagement for these students. One student who had been regularly absent began attending consistently after I connected them with a community mentor and adjusted classroom support to better suit their learning style. I also developed a set of culturally appropriate resources that teachers now use to embed local Aboriginal perspectives into their lessons.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am eager to bring my skills in community engagement and pastoral care to a school that values and prioritises Aboriginal and Torres Strait Islander education.</w:t>
      </w:r>
    </w:p>
    <w:p>
      <w:pPr>
        <w:spacing w:before="0" w:after="240"/>
      </w:pPr>
      <w:r>
        <w:t>Thank you for considering my application. I have attached my resume for your review and would welcome the opportunity to discuss how I can support your students and school community.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