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Aboriginal and Torres Strait Islander Health Practitioner</w:t>
      </w:r>
    </w:p>
    <w:p>
      <w:pPr>
        <w:spacing w:before="0" w:after="240"/>
      </w:pPr>
      <w:r>
        <w:t>I am writing to apply for the Aboriginal and Torres Strait Islander Health Practitioner role at [Company Name]. With current registration and hands-on experience in culturally safe primary health care, I am ready to contribute to your clinical team and community.</w:t>
      </w:r>
    </w:p>
    <w:p>
      <w:pPr>
        <w:spacing w:before="0" w:after="240"/>
      </w:pPr>
      <w:r>
        <w:t>In my current role, I conduct holistic health assessments for a caseload of 30 clients each week. I recently worked with an older client who had missed several chronic disease checks. By building trust and coordinating a care plan with the GP and allied health, I helped them re-engage with the service and manage their medications consistently. That experience showed me how practical, community-based support can change health outcomes.</w:t>
      </w:r>
    </w:p>
    <w:p>
      <w:pPr>
        <w:spacing w:before="0" w:after="240"/>
      </w:pPr>
      <w:r>
        <w:t>Why this employer: [add one genuine, specific reason: a project, value, or market position you can point to]. I am particularly drawn to your approach to community engagement and would welcome the chance to contribute to your team.</w:t>
      </w:r>
    </w:p>
    <w:p>
      <w:pPr>
        <w:spacing w:before="0" w:after="240"/>
      </w:pPr>
      <w:r>
        <w:t>Thank you for considering my application. I have attached my resume and look forward to discussing how I can support your service.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