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Aboriginal and Torres Strait Islander Health Worker</w:t>
      </w:r>
    </w:p>
    <w:p>
      <w:pPr>
        <w:spacing w:before="0" w:after="240"/>
      </w:pPr>
      <w:r>
        <w:t>I am writing to apply for the Aboriginal and Torres Strait Islander Health Worker role at [Company Name]. With my Certificate IV in Aboriginal and Torres Strait Islander Primary Health Care (Practice) and hands on experience supporting clients in community health settings, I am confident I can contribute to your team and your community.</w:t>
      </w:r>
    </w:p>
    <w:p>
      <w:pPr>
        <w:spacing w:before="0" w:after="240"/>
      </w:pPr>
      <w:r>
        <w:t>In my current role, I provide day to day support to clients with chronic conditions. I conduct regular screenings, monitor vital signs and help people understand their care plans. One achievement I am proud of is helping a client with diabetes who had stopped attending appointments. By yarning with them about what was getting in the way and linking them with transport and a regular GP, they re engaged with care and completed their annual cycle of checks. I also run health education sessions on topics like nutrition and smoking cessation, which have grown in attendance as community members spread the word.</w:t>
      </w:r>
    </w:p>
    <w:p>
      <w:pPr>
        <w:spacing w:before="0" w:after="240"/>
      </w:pPr>
      <w:r>
        <w:t>I am drawn to [Company Name] because [add one genuine, specific reason: a project, value, or market position you can point to].</w:t>
      </w:r>
    </w:p>
    <w:p>
      <w:pPr>
        <w:spacing w:before="0" w:after="240"/>
      </w:pPr>
      <w:r>
        <w:t>Thank you for considering my application. I have attached my resume, which outlines my qualifications and experience in more detail. I look forward to the opportunity to discuss how I can support your service and community.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