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Account Manager</w:t>
      </w:r>
    </w:p>
    <w:p>
      <w:pPr>
        <w:spacing w:before="0" w:after="240"/>
      </w:pPr>
      <w:r>
        <w:t>I'm writing to apply for the Account Manager position at [Company Name]. Managing client relationships and finding genuine value for both sides of the table is where I do my best work, and this role's mix of relationship management and commercial negotiation fits how I've built my career so far.</w:t>
      </w:r>
    </w:p>
    <w:p>
      <w:pPr>
        <w:spacing w:before="0" w:after="240"/>
      </w:pPr>
      <w:r>
        <w:t>In my current portfolio, I run quarterly strategic reviews with key accounts to check in on shifting business needs rather than waiting for a renewal date to force the conversation. One of these reviews surfaced an unmet need that turned into a cross-sell opportunity, which I then priced, proposed, and negotiated through to a signed contract. That approach, staying ahead of the client rather than reacting to them, is the habit I bring to every account I manage.</w:t>
      </w:r>
    </w:p>
    <w:p>
      <w:pPr>
        <w:spacing w:before="0" w:after="240"/>
      </w:pPr>
      <w:r>
        <w:t>[add one genuine, specific reason: a project, value, or market position you can point to] is what makes this opportunity stand out to me, and I'd welcome the chance to bring my account management approach to a team working on that.</w:t>
      </w:r>
    </w:p>
    <w:p>
      <w:pPr>
        <w:spacing w:before="0" w:after="240"/>
      </w:pPr>
      <w:r>
        <w:t>Thank you for considering my application. I've attached my resume and would be glad to discuss how my experience managing client portfolios and commercial negotiations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