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Acupuncturist</w:t>
      </w:r>
    </w:p>
    <w:p>
      <w:pPr>
        <w:spacing w:before="0" w:after="240"/>
      </w:pPr>
      <w:r>
        <w:t>I am writing to apply for the acupuncturist role at [Company Name]. With general registration through AHPRA and the Chinese Medicine Board, and hands-on experience treating pain, stress and digestive conditions, I am confident I can deliver safe, effective care that fits your clinic's approach.</w:t>
      </w:r>
    </w:p>
    <w:p>
      <w:pPr>
        <w:spacing w:before="0" w:after="240"/>
      </w:pPr>
      <w:r>
        <w:t>In my current practice, I redesigned the initial consultation process to combine a thorough health history with pulse and tongue assessment, which reduced missed contraindications and gave patients a clearer treatment plan from the first visit. A patient with chronic lower back pain who had struggled to walk comfortably for months regained full mobility after eight sessions that combined needling, cupping and a simple daily stretching routine. I also kept meticulous infection control records and supported two colleagues through their AHPRA audit preparation.</w:t>
      </w:r>
    </w:p>
    <w:p>
      <w:pPr>
        <w:spacing w:before="0" w:after="240"/>
      </w:pPr>
      <w:r>
        <w:t>I have followed [Company Name]'s work in [add one genuine, specific reason: a project, value, or market position you can point to], and I would welcome the chance to contribute to a team that prioritises patient education and evidence-informed practice. I am particularly interested in how your clinic integrates acupuncture with other allied health services, and I would bring a collaborative, calm approach to shared care.</w:t>
      </w:r>
    </w:p>
    <w:p>
      <w:pPr>
        <w:spacing w:before="0" w:after="240"/>
      </w:pPr>
      <w:r>
        <w:t>Thank you for considering my application. I have attached my resume and would be glad to discuss how my clinical skills and patient-care focus match your needs. I look forward to hearing from you.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