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Adult Literacy and Numeracy Teacher</w:t>
      </w:r>
    </w:p>
    <w:p>
      <w:pPr>
        <w:spacing w:before="0" w:after="240"/>
      </w:pPr>
      <w:r>
        <w:t>I am writing to apply for the role of Adult Literacy and Numeracy Teacher at [Company Name]. With a strong background in adult education and a commitment to helping learners build essential foundation skills, I am confident I can make a positive contribution to your team.</w:t>
      </w:r>
    </w:p>
    <w:p>
      <w:pPr>
        <w:spacing w:before="0" w:after="240"/>
      </w:pPr>
      <w:r>
        <w:t>In my previous role, I assessed learners using the Australian Core Skills Framework and designed individual learning plans for a diverse group of adults, including some from non English speaking backgrounds. One learner, who had struggled with basic numeracy, progressed from avoiding maths in daily life to successfully managing her own budget and enrolling in a vocational course. I delivered both face to face and online sessions, using Moodle and Zoom to maintain engagement and adapt to learners' needs. I also worked closely with community organisations to refer learners to support services, which helped improve retention and outcomes.</w:t>
      </w:r>
    </w:p>
    <w:p>
      <w:pPr>
        <w:spacing w:before="0" w:after="240"/>
      </w:pPr>
      <w:r>
        <w:t>I am drawn to [Company Name] because [add one genuine, specific reason: a project, value, or market position you can point to]. I am eager to bring my skills in curriculum design and assessment to your organisation and to contribute to your mission of empowering adults through education.</w:t>
      </w:r>
    </w:p>
    <w:p>
      <w:pPr>
        <w:spacing w:before="0" w:after="240"/>
      </w:pPr>
      <w:r>
        <w:t>Thank you for considering my application. I have attached my resume and would welcome the opportunity to discuss how my experience aligns with your needs. I look forward to hearing from you.</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