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Aerodrome Reporting Officer</w:t>
      </w:r>
    </w:p>
    <w:p>
      <w:pPr>
        <w:spacing w:before="0" w:after="240"/>
      </w:pPr>
      <w:r>
        <w:t>I am writing to apply for the Aerodrome Reporting Officer position at [Company Name]. With a strong background in aerodrome inspections and regulatory compliance, I am confident I can contribute to maintaining a safe and efficient airside environment.</w:t>
      </w:r>
    </w:p>
    <w:p>
      <w:pPr>
        <w:spacing w:before="0" w:after="240"/>
      </w:pPr>
      <w:r>
        <w:t>In my previous role, I conducted routine inspections of runways, taxiways and aprons, and I once identified a significant pavement crack during a peak period. I immediately issued a NOTAM, coordinated with air traffic control to reroute aircraft, and arranged for urgent repairs, preventing any disruption to scheduled flights. This reflects my ability to act quickly and communicate clearly under pressure.</w:t>
      </w:r>
    </w:p>
    <w:p>
      <w:pPr>
        <w:spacing w:before="0" w:after="240"/>
      </w:pPr>
      <w:r>
        <w:t>I am particularly interested in working for [Company Name] because [add one genuine, specific reason: a project, value, or market position you can point to]. I am eager to bring my skills in hazard identification and safety compliance to your team.</w:t>
      </w:r>
    </w:p>
    <w:p>
      <w:pPr>
        <w:spacing w:before="0" w:after="240"/>
      </w:pPr>
      <w:r>
        <w:t>Thank you for considering my application. I have attached my resume for your review and would welcome the opportunity to discuss how I can support your aerodrome operations.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