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Agricultural Consultant</w:t>
      </w:r>
    </w:p>
    <w:p>
      <w:pPr>
        <w:spacing w:before="0" w:after="240"/>
      </w:pPr>
      <w:r>
        <w:t>I am writing to apply for the Agricultural Consultant role at [Company Name]. With a strong background in farm business analysis and sustainable land management, I am confident in my ability to provide practical advice that helps primary producers improve productivity and profitability.</w:t>
      </w:r>
    </w:p>
    <w:p>
      <w:pPr>
        <w:spacing w:before="0" w:after="240"/>
      </w:pPr>
      <w:r>
        <w:t>In my current role, I worked with a mixed farming enterprise to review their entire operation. By analysing their pasture and cropping rotations, I identified opportunities to integrate livestock more effectively, which led to better use of pasture and reduced reliance on bought feed. The client also adopted a new soil testing regime that improved their nutrient management and long-term soil health.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look forward to the opportunity to discuss how my skills and experience can benefit your clients.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