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Agricultural Engineer</w:t>
      </w:r>
    </w:p>
    <w:p>
      <w:pPr>
        <w:spacing w:before="0" w:after="240"/>
      </w:pPr>
      <w:r>
        <w:t>I am applying for the Agricultural Engineer role at [Company Name]. With experience designing and delivering machinery, irrigation and rural infrastructure projects, I bring a practical mix of CAD, field testing and project management skills that fits your work in agricultural production and land management.</w:t>
      </w:r>
    </w:p>
    <w:p>
      <w:pPr>
        <w:spacing w:before="0" w:after="240"/>
      </w:pPr>
      <w:r>
        <w:t>In my previous role, I designed and commissioned a drip irrigation system for a 200-hectare orchard. I conducted field inspections, used ArcGIS to map soil and water patterns, and worked with the grower to adjust the layout. The system cut water use and improved crop uniformity, and the project was completed on schedule.</w:t>
      </w:r>
    </w:p>
    <w:p>
      <w:pPr>
        <w:spacing w:before="0" w:after="240"/>
      </w:pPr>
      <w:r>
        <w:t>I am keen to work with [Company Name] because [add one genuine, specific reason: a project, value, or market position you can point to]. I want to contribute to projects that balance productivity with environmental outcomes, and I value your focus on sustainable land use.</w:t>
      </w:r>
    </w:p>
    <w:p>
      <w:pPr>
        <w:spacing w:before="0" w:after="240"/>
      </w:pPr>
      <w:r>
        <w:t>Thank you for considering my application. My resume is attached, and I would welcome the chance to discuss how my background in agricultural engineering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