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Agronomist</w:t>
      </w:r>
    </w:p>
    <w:p>
      <w:pPr>
        <w:spacing w:before="0" w:after="240"/>
      </w:pPr>
      <w:r>
        <w:t>I'm writing to apply for the Agronomist position at [Company Name]. My background combines soil science, field trial work and direct grower advisory, which lines up closely with the technical and client-facing demands of this role.</w:t>
      </w:r>
    </w:p>
    <w:p>
      <w:pPr>
        <w:spacing w:before="0" w:after="240"/>
      </w:pPr>
      <w:r>
        <w:t>In a recent variety trial program, I ran side-by-side plots across contrasting soil types to compare crop varieties under local disease pressure, then translated the results into a variety recommendation growers could act on before the next planting window. That kind of work, sampling in the paddock, running the numbers, then explaining what they mean over a farm gate conversation, is where I do my best work.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I've attached my resume, which sets out my technical background and advisory experience in more detail, and I'd welcome the chance to discuss how I could contribute to your agronomy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