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Airline Customer Service Agent</w:t>
      </w:r>
    </w:p>
    <w:p>
      <w:pPr>
        <w:spacing w:before="0" w:after="240"/>
      </w:pPr>
      <w:r>
        <w:t>I am applying for the Airline Customer Service Agent role at [Company Name]. My experience sits at the check-in counter, the boarding gate and the disruption desk, and I am comfortable working the rotating roster of early mornings, nights and weekends that airport operations run on.</w:t>
      </w:r>
    </w:p>
    <w:p>
      <w:pPr>
        <w:spacing w:before="0" w:after="240"/>
      </w:pPr>
      <w:r>
        <w:t>At my current airport role I worked the early morning international departure bank, checking in passengers across two carriers on different reservation systems and issuing boarding passes to a full wide-body service before cut-off. When a storm grounded three services in one afternoon, I stayed past the end of my shift to rebook connecting passengers onto later flights and partner carriers, making sure unaccompanied minors and passengers needing mobility assistance were rebooked with the right support noted in each booking. My supervisor asked me to run the disruption desk for the rest of that week, and the lost baggage claims I handled were closed with passengers updated at each stage rather than left waiting for a call.</w:t>
      </w:r>
    </w:p>
    <w:p>
      <w:pPr>
        <w:spacing w:before="0" w:after="240"/>
      </w:pPr>
      <w:r>
        <w:t>I would like to work for [Company Name] because [add one genuine, specific reason: a project, value, or market position you can point to]. I am keen to bring my counter and disruption experience to a team that takes both on-time departures and how passengers are treated when things go wrong seriously.</w:t>
      </w:r>
    </w:p>
    <w:p>
      <w:pPr>
        <w:spacing w:before="0" w:after="240"/>
      </w:pPr>
      <w:r>
        <w:t>Thank you for considering my application. My resume is attached and sets out my systems experience, airport security credentials and the roster patterns I can cover. I would welcome the chance to talk through how I would fit your airport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