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Airport Ground Crew</w:t>
      </w:r>
    </w:p>
    <w:p>
      <w:pPr>
        <w:spacing w:before="0" w:after="240"/>
      </w:pPr>
      <w:r>
        <w:t>I'm applying for the Airport Ground Crew role at [Company Name]. With hands-on experience across apron operations and baggage handling, I'm ready to keep turnarounds on schedule and flights departing safely.</w:t>
      </w:r>
    </w:p>
    <w:p>
      <w:pPr>
        <w:spacing w:before="0" w:after="240"/>
      </w:pPr>
      <w:r>
        <w:t>In my current role, I load and unload baggage, mail and freight from aircraft holds across a busy narrow-body schedule. I've taken on marshalling duties and operate tugs, belt loaders and stairs daily. When a late inbound aircraft threatened to delay a departure, I worked with the ramp team to prioritise freight offload and belt loader staging, which helped the turnaround close within the scheduled window and kept the next flight on time. I also conduct apron safety checks and report hazards promptly, and I've helped reduce bag loading errors across my shift by double-checking bag tag scans against load sheets before closing the hold.</w:t>
      </w:r>
    </w:p>
    <w:p>
      <w:pPr>
        <w:spacing w:before="0" w:after="240"/>
      </w:pPr>
      <w:r>
        <w:t>I want to work for [Company Name] because [add one genuine, specific reason: a project, value, or market position you can point to]. I'm looking for a team that takes safety and on-time performance seriously, and I'd rather bring my experience to an operation I can believe in and contribute to long term.</w:t>
      </w:r>
    </w:p>
    <w:p>
      <w:pPr>
        <w:spacing w:before="0" w:after="240"/>
      </w:pPr>
      <w:r>
        <w:t>Thank you for considering my application. I've attached my resume and would welcome the chance to discuss how I can support your apron team. I'm available for shift work and can provide my ASIC and airside driver authority details on request.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