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Anaesthetic Technician</w:t>
      </w:r>
    </w:p>
    <w:p>
      <w:pPr>
        <w:spacing w:before="0" w:after="240"/>
      </w:pPr>
      <w:r>
        <w:t>I am writing to apply for the Anaesthetic Technician position at [Company Name]. With a Diploma of Anaesthetic Technology and hands-on experience in hospital operating theatres, I am confident I can support your anaesthetists and theatre team from day one.</w:t>
      </w:r>
    </w:p>
    <w:p>
      <w:pPr>
        <w:spacing w:before="0" w:after="240"/>
      </w:pPr>
      <w:r>
        <w:t>In my current role, I set up and checked anaesthetic machines and airway equipment for a busy theatre list. During one pre-case check, I noticed a faulty oxygen sensor that would have delayed a paediatric procedure. I worked with the anaesthetist to swap machines and the list started on time, which reinforced for me how important thorough equipment checks are to patient safety.</w:t>
      </w:r>
    </w:p>
    <w:p>
      <w:pPr>
        <w:spacing w:before="0" w:after="240"/>
      </w:pPr>
      <w:r>
        <w:t>I am drawn to [Company Name] because of [add one genuine, specific reason: a project, value, or market position you can point to]. I want to bring my attention to detail and calm approach to a team that values safety and efficiency in equal measure.</w:t>
      </w:r>
    </w:p>
    <w:p>
      <w:pPr>
        <w:spacing w:before="0" w:after="240"/>
      </w:pPr>
      <w:r>
        <w:t>Thank you for considering my application. I have attached my resume and would welcome the chance to discuss how my skills fit your theatre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