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Anaesthetist</w:t>
      </w:r>
    </w:p>
    <w:p>
      <w:pPr>
        <w:spacing w:before="0" w:after="240"/>
      </w:pPr>
      <w:r>
        <w:t>I am writing to apply for the Anaesthetist position at [Company Name]. With specialist training in anaesthesia and perioperative care, I am confident in my ability to provide safe, patient-centred care across a range of surgical procedures.</w:t>
      </w:r>
    </w:p>
    <w:p>
      <w:pPr>
        <w:spacing w:before="0" w:after="240"/>
      </w:pPr>
      <w:r>
        <w:t>In my current role, I have managed anaesthesia for a diverse patient population, from elective day surgery to complex emergency cases. I introduced a structured pre-assessment checklist that cut same-day cancellations and improved theatre efficiency. I also led a review of post-operative pain protocols, which noticeably reduced recovery times and improved patient comfort.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a team that prioritises patient safety and clinical excellence.</w:t>
      </w:r>
    </w:p>
    <w:p>
      <w:pPr>
        <w:spacing w:before="0" w:after="240"/>
      </w:pPr>
      <w:r>
        <w:t>Thank you for considering my application. I have attached my resume and look forward to the opportunity to discuss how my skills and experience align with your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