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Animal Attendant</w:t>
      </w:r>
    </w:p>
    <w:p>
      <w:pPr>
        <w:spacing w:before="0" w:after="240"/>
      </w:pPr>
      <w:r>
        <w:t>I'm writing to apply for the Animal Attendant position at [Company Name]. I have hands-on experience with daily animal care, including feeding, cleaning and health monitoring, and I'm drawn to roles where attention to detail directly supports animal welfare.</w:t>
      </w:r>
    </w:p>
    <w:p>
      <w:pPr>
        <w:spacing w:before="0" w:after="240"/>
      </w:pPr>
      <w:r>
        <w:t>In a previous setting I managed feeding and cleaning schedules for a mixed group of animals, kept accurate daily logs of weight and behaviour changes, and flagged early signs of illness to supervising vet staff before conditions worsened. That habit of close observation, paired with calm and consistent handling, is something I bring to every shift.</w:t>
      </w:r>
    </w:p>
    <w:p>
      <w:pPr>
        <w:spacing w:before="0" w:after="240"/>
      </w:pPr>
      <w:r>
        <w:t>[add one genuine, specific reason: a project, value, or market position you can point to] is part of what makes this role appealing to me, and I'd welcome the chance to bring my care and reliability to your team.</w:t>
      </w:r>
    </w:p>
    <w:p>
      <w:pPr>
        <w:spacing w:before="0" w:after="240"/>
      </w:pPr>
      <w:r>
        <w:t>Thank you for considering my application. I've attached my resume with further detail on my experience and would welcome the opportunity to discuss how I can contribute to [Company Name].</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