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Animal Health Officer</w:t>
      </w:r>
    </w:p>
    <w:p>
      <w:pPr>
        <w:spacing w:before="0" w:after="240"/>
      </w:pPr>
      <w:r>
        <w:t>I am writing to apply for the Animal Health Officer position at [Company Name]. With a background in livestock inspection and biosecurity enforcement, I am confident in my ability to protect animal health and support producers in your region.</w:t>
      </w:r>
    </w:p>
    <w:p>
      <w:pPr>
        <w:spacing w:before="0" w:after="240"/>
      </w:pPr>
      <w:r>
        <w:t>In my previous role, I conducted routine inspections of cattle and sheep at a large saleyard. When I identified unusual symptoms in a pen of steers, I immediately collected samples and initiated quarantine procedures. My quick action led to the confirmation of a notifiable disease and prevented its spread to nearby properties. I also worked with the producer to develop a biosecurity plan, which they successfully implemented.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proactive animal health management and would welcome the opportunity to contribute to your team.</w:t>
      </w:r>
    </w:p>
    <w:p>
      <w:pPr>
        <w:spacing w:before="0" w:after="240"/>
      </w:pPr>
      <w:r>
        <w:t>Thank you for considering my application. My resume is attached, and I look forward to discussing how I can support your biosecurity and animal health objectives.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