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Anthropologist</w:t>
      </w:r>
    </w:p>
    <w:p>
      <w:pPr>
        <w:spacing w:before="0" w:after="240"/>
      </w:pPr>
      <w:r>
        <w:t>I am writing to apply for the Anthropologist role at [Company Name]. With a background in ethnographic research and a commitment to community-led approaches, I am confident I can contribute to your team's work in cultural heritage and social policy.</w:t>
      </w:r>
    </w:p>
    <w:p>
      <w:pPr>
        <w:spacing w:before="0" w:after="240"/>
      </w:pPr>
      <w:r>
        <w:t>In my previous role, I conducted fieldwork with Aboriginal communities in the Kimberley, where I facilitated consultations that led to a successful Native Title agreement. I analysed the data using NVivo and prepared a report that was used by a state government agency to revise its cultural heritage guidelines. This experience honed my ability to translate complex cultural insights into practical policy advice.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community engagement and policy analysis to your organisation.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