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Arborist</w:t>
      </w:r>
    </w:p>
    <w:p>
      <w:pPr>
        <w:spacing w:before="0" w:after="240"/>
      </w:pPr>
      <w:r>
        <w:t>I am writing to apply for the Arborist position at [Company Name]. With hands-on experience in tree climbing, pruning, and removal across urban and residential sites, I am confident I can contribute to your team's reputation for safe and professional tree care.</w:t>
      </w:r>
    </w:p>
    <w:p>
      <w:pPr>
        <w:spacing w:before="0" w:after="240"/>
      </w:pPr>
      <w:r>
        <w:t>In my current role, I was part of a crew tasked with clearing storm-damaged trees from a local council reserve. I assessed each tree for structural defects, rigged and removed large limbs over a playground, and operated the wood chipper to clear the site. The work was completed ahead of schedule and without damage to surrounding infrastructure, earning positive feedback from the council.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skills to a team that shares my commitment to tree health, safety, and environmental care.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