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Archaeologist</w:t>
      </w:r>
    </w:p>
    <w:p>
      <w:pPr>
        <w:spacing w:before="0" w:after="240"/>
      </w:pPr>
      <w:r>
        <w:t>I am applying for the Archaeologist role with [Company Name]. With a background in field survey, heritage assessment and community consultation, I am drawn to work that documents and protects cultural heritage before development.</w:t>
      </w:r>
    </w:p>
    <w:p>
      <w:pPr>
        <w:spacing w:before="0" w:after="240"/>
      </w:pPr>
      <w:r>
        <w:t>In a recent role I led the field component of a heritage assessment for a proposed infrastructure corridor. I designed the survey strategy, recorded artefact scatters and stratified deposits, and worked with the project team to adjust the alignment around a sensitive area. The assessment was accepted without further information requests, and the client avoided a redesign later in the approvals process.</w:t>
      </w:r>
    </w:p>
    <w:p>
      <w:pPr>
        <w:spacing w:before="0" w:after="240"/>
      </w:pPr>
      <w:r>
        <w:t>I am particularly interested in [Company Name] because [add one genuine, specific reason: a project, value, or market position you can point to]. I want to bring my skills in field research, GIS analysis and stakeholder consultation to a team whose work I can respect and contribute to.</w:t>
      </w:r>
    </w:p>
    <w:p>
      <w:pPr>
        <w:spacing w:before="0" w:after="240"/>
      </w:pPr>
      <w:r>
        <w:t>Thank you for considering my application. My resume is attached and I would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