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Aromatherapist</w:t>
      </w:r>
    </w:p>
    <w:p>
      <w:pPr>
        <w:spacing w:before="0" w:after="240"/>
      </w:pPr>
      <w:r>
        <w:t>I am applying for the Aromatherapist role at [Company Name]. With a calm, client focused approach and hands on experience blending essential oils for massage and topical treatments, I can support your clients' relaxation, stress relief and skin care goals.</w:t>
      </w:r>
    </w:p>
    <w:p>
      <w:pPr>
        <w:spacing w:before="0" w:after="240"/>
      </w:pPr>
      <w:r>
        <w:t>In my current practice, I consult each client on health history and treatment goals before choosing oils. One client came in with persistent shoulder tension and poor sleep. I blended lavender, sweet orange and a low dilution of black pepper in a carrier oil, performed a full body aromatherapy massage and sent her home with an inhalation blend. She rebooked within a fortnight and said she was sleeping through the night for the first time in months. I also keep detailed treatment records and track oil stock, so nothing runs out mid week.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treats aromatherapy as part of a broader wellbeing plan, not just an add on.</w:t>
      </w:r>
    </w:p>
    <w:p>
      <w:pPr>
        <w:spacing w:before="0" w:after="240"/>
      </w:pPr>
      <w:r>
        <w:t>Thank you for considering my application. My resume is attached, and I would welcome the chance to talk through how I blend safe, effective treatments for your clients.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