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Asbestos Removalist</w:t>
      </w:r>
    </w:p>
    <w:p>
      <w:pPr>
        <w:spacing w:before="0" w:after="240"/>
      </w:pPr>
      <w:r>
        <w:t>I am applying for the Asbestos Removalist role at [Company Name]. With a current Class A asbestos removal licence and hands-on experience in containment, wet removal and clearance inspections, I can step onto your sites and work safely from day one.</w:t>
      </w:r>
    </w:p>
    <w:p>
      <w:pPr>
        <w:spacing w:before="0" w:after="240"/>
      </w:pPr>
      <w:r>
        <w:t>On a recent school refurbishment, I set up full containment with negative air pressure units and wet sprayers, then removed friable asbestos from ceiling voids. I ran air monitoring throughout and completed decontamination before the clearance inspection. The inspection passed first time, and the school was able to reopen that wing on schedule. The project manager noted that my documentation and site hygiene made the handover straightforward.</w:t>
      </w:r>
    </w:p>
    <w:p>
      <w:pPr>
        <w:spacing w:before="0" w:after="240"/>
      </w:pPr>
      <w:r>
        <w:t>Why this employer: [add one genuine, specific reason: a project, value, or market position you can point to]. I want to bring my experience in compliant asbestos removal to a team that takes safety and community protection seriously.</w:t>
      </w:r>
    </w:p>
    <w:p>
      <w:pPr>
        <w:spacing w:before="0" w:after="240"/>
      </w:pPr>
      <w:r>
        <w:t>Thank you for considering my application. My resume is attached, and I am available to discuss how my skills fit your upcoming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