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Assistant in Nursing</w:t>
      </w:r>
    </w:p>
    <w:p>
      <w:pPr>
        <w:spacing w:before="0" w:after="240"/>
      </w:pPr>
      <w:r>
        <w:t>I am writing to apply for the Assistant in Nursing role at [Company Name]. With a Certificate III in Health Services Assistance and hands-on experience in aged care, I am confident I can provide safe, compassionate care to your residents.</w:t>
      </w:r>
    </w:p>
    <w:p>
      <w:pPr>
        <w:spacing w:before="0" w:after="240"/>
      </w:pPr>
      <w:r>
        <w:t>In my previous role, I assisted up to 15 residents per shift with showering, dressing and toileting, always following care plans and respecting dignity. I also monitored vital signs and reported changes to the registered nurse, and used ceiling hoists for transfers to keep residents and staff safe. I take pride in noticing the small things, like a resident not eating well or a change in skin condition, and flagging them early.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values person-centred care and supports staff to keep learning.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care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