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Auctioneer</w:t>
      </w:r>
    </w:p>
    <w:p>
      <w:pPr>
        <w:spacing w:before="0" w:after="240"/>
      </w:pPr>
      <w:r>
        <w:t>I'm writing to apply for the Auctioneer role at [Company Name]. I bring hands-on experience valuing goods, managing live bidding and closing sales fairly for both buyers and sellers, and I'd bring that same steady pace and attention to detail to your sale room.</w:t>
      </w:r>
    </w:p>
    <w:p>
      <w:pPr>
        <w:spacing w:before="0" w:after="240"/>
      </w:pPr>
      <w:r>
        <w:t>In a recent role I catalogued a mixed consignment of items, researched provenance where records were incomplete, and negotiated a realistic reserve with a nervous vendor who initially expected far more than market conditions supported. The item sold above reserve and the vendor asked to consign again for the next sale, which told me the trust had been earned rather than assumed.</w:t>
      </w:r>
    </w:p>
    <w:p>
      <w:pPr>
        <w:spacing w:before="0" w:after="240"/>
      </w:pPr>
      <w:r>
        <w:t>What draws me to [Company Name] specifically is [add one genuine, specific reason: a project, value, or market position you can point to]. I want to work somewhere that treats vendors and bidders with the same level of care regardless of lot size.</w:t>
      </w:r>
    </w:p>
    <w:p>
      <w:pPr>
        <w:spacing w:before="0" w:after="240"/>
      </w:pPr>
      <w:r>
        <w:t>Thank you for considering my application. I've attached my resume and would welcome the chance to discuss how I could contribute to your upcoming sale calendar.</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