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Audiometrist</w:t>
      </w:r>
    </w:p>
    <w:p>
      <w:pPr>
        <w:spacing w:before="0" w:after="240"/>
      </w:pPr>
      <w:r>
        <w:t>I am writing to apply for the Audiometrist role at [Company Name]. With a vocational qualification in audiometry and hands-on experience in hearing assessment and hearing aid fitting, I am confident I can support your clients through clear, practical hearing care.</w:t>
      </w:r>
    </w:p>
    <w:p>
      <w:pPr>
        <w:spacing w:before="0" w:after="240"/>
      </w:pPr>
      <w:r>
        <w:t>In my current role, I conduct pure-tone and speech audiometry for a steady caseload, interpret audiograms and fit hearing aids using Noah software. I take ear impressions, troubleshoot device issues and work with clients to adjust settings based on real-ear measurements. By explaining hearing protection and communication strategies in plain language, I help clients get more consistent use from their devices and reduce the need for repeated adjustments.</w:t>
      </w:r>
    </w:p>
    <w:p>
      <w:pPr>
        <w:spacing w:before="0" w:after="240"/>
      </w:pPr>
      <w:r>
        <w:t>I am drawn to [Company Name] because [add one genuine, specific reason: a project, value, or market position you can point to]. I want to contribute to a team that values client-centred hearing care and invests in ongoing professional development.</w:t>
      </w:r>
    </w:p>
    <w:p>
      <w:pPr>
        <w:spacing w:before="0" w:after="240"/>
      </w:pPr>
      <w:r>
        <w:t>Thank you for considering my application. My resume is attached and I look forward to discussing how I can support your clients.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