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0"/>
      </w:pPr>
      <w:r>
        <w:rPr>
          <w:b/>
          <w:color w:val="14161D"/>
          <w:sz w:val="40"/>
        </w:rPr>
        <w:t>Your Name</w:t>
      </w:r>
    </w:p>
    <w:p>
      <w:pPr>
        <w:spacing w:before="0" w:after="320"/>
      </w:pPr>
      <w:r>
        <w:rPr>
          <w:color w:val="4B5058"/>
          <w:sz w:val="19"/>
        </w:rPr>
        <w:t>your.email@example.com   •   0400 000 000</w:t>
      </w:r>
    </w:p>
    <w:p>
      <w:pPr>
        <w:spacing w:before="0" w:after="200"/>
      </w:pPr>
      <w:r>
        <w:t>[Date]</w:t>
      </w:r>
    </w:p>
    <w:p>
      <w:pPr>
        <w:spacing w:before="0" w:after="200"/>
      </w:pPr>
      <w:r>
        <w:t>[Hiring Manager Name]</w:t>
        <w:br/>
        <w:t>[Company Name]</w:t>
        <w:br/>
        <w:t>[Company Address]</w:t>
      </w:r>
    </w:p>
    <w:p>
      <w:pPr>
        <w:spacing w:before="120" w:after="280"/>
        <w:pBdr>
          <w:bottom w:val="single" w:sz="6" w:space="4" w:color="DFDED8"/>
        </w:pBdr>
      </w:pPr>
      <w:r>
        <w:rPr>
          <w:b/>
          <w:color w:val="2F62D9"/>
          <w:sz w:val="24"/>
        </w:rPr>
        <w:t>Re: Application for Automotive Dismantler</w:t>
      </w:r>
    </w:p>
    <w:p>
      <w:pPr>
        <w:spacing w:before="0" w:after="240"/>
      </w:pPr>
      <w:r>
        <w:t>I am applying for the Automotive Dismantler role with [Company Name]. I have hands-on experience stripping end-of-life vehicles, sorting reusable parts and keeping yard operations safe and environmentally compliant.</w:t>
      </w:r>
    </w:p>
    <w:p>
      <w:pPr>
        <w:spacing w:before="0" w:after="240"/>
      </w:pPr>
      <w:r>
        <w:t>In my last dismantling role I reworked the intake process so every vehicle was assessed and tagged before it entered the bay. Engines and transmissions were drained, removed and shelved with their part numbers on the same day, which cut the time fitters spent searching for cores and kept the resale shelves stocked with the parts customers asked for most. I also set up a weekly check on fluid drums and bunding, which stopped small leaks from becoming clean-up jobs.</w:t>
      </w:r>
    </w:p>
    <w:p>
      <w:pPr>
        <w:spacing w:before="0" w:after="240"/>
      </w:pPr>
      <w:r>
        <w:t>Your yard's focus on [add one genuine, specific reason: a project, value, or market position you can point to] is the kind of operation I want to contribute to. I would bring the same care with parts inventory and environmental controls to your team.</w:t>
      </w:r>
    </w:p>
    <w:p>
      <w:pPr>
        <w:spacing w:before="0" w:after="240"/>
      </w:pPr>
      <w:r>
        <w:t>Thank you for considering my application. My resume is attached, and I would be glad to walk you through my dismantling and yard safety experience in an interview.</w:t>
      </w:r>
    </w:p>
    <w:p>
      <w:pPr>
        <w:spacing w:before="160" w:after="0"/>
      </w:pPr>
      <w:r>
        <w:t>Kind regards,</w:t>
        <w:br/>
        <w:t>Your Name</w:t>
      </w:r>
    </w:p>
    <w:sectPr w:rsidR="00FC693F" w:rsidRPr="0006063C" w:rsidSect="00034616">
      <w:pgSz w:w="12240" w:h="15840"/>
      <w:pgMar w:top="1152" w:right="1296" w:bottom="1152" w:left="129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200" w:line="300" w:lineRule="auto"/>
    </w:pPr>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