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Baker</w:t>
      </w:r>
    </w:p>
    <w:p>
      <w:pPr>
        <w:spacing w:before="0" w:after="240"/>
      </w:pPr>
      <w:r>
        <w:t>I am writing to apply for the Baker position at [Company Name]. I have hands-on experience running the full production cycle, from mixing and proofing through to baking and packaging, and I work well to the early-start, deadline-driven rhythm this role demands.</w:t>
      </w:r>
    </w:p>
    <w:p>
      <w:pPr>
        <w:spacing w:before="0" w:after="240"/>
      </w:pPr>
      <w:r>
        <w:t>In my most recent bakery role I managed the dough proofing schedule across several product lines during the early morning shift, adjusting timing for ambient temperature and yeast activity to keep every batch on spec. This meant fewer reworked batches and consistent loaf quality by the time the first delivery run went out, which matters when supermarket and cafe orders are locked to a strict timeslot.</w:t>
      </w:r>
    </w:p>
    <w:p>
      <w:pPr>
        <w:spacing w:before="0" w:after="240"/>
      </w:pPr>
      <w:r>
        <w:t>[add one genuine, specific reason: a project, value, or market position you can point to] is what drew me to apply to [Company Name] specifically, rather than sending out a general application. I want to bring my attention to recipe accuracy and food safety practice into a bakery where product consistency is clearly valued.</w:t>
      </w:r>
    </w:p>
    <w:p>
      <w:pPr>
        <w:spacing w:before="0" w:after="240"/>
      </w:pPr>
      <w:r>
        <w:t>Thank you for considering my application. I have attached my resume with further detail on my experience and qualifications, and I would welcome the chance to discuss how I can contribute to your production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