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Barber</w:t>
      </w:r>
    </w:p>
    <w:p>
      <w:pPr>
        <w:spacing w:before="0" w:after="240"/>
      </w:pPr>
      <w:r>
        <w:t>I'm writing to apply for the Barber position at [Company Name]. I hold a Certificate III in Barbering and have built a steady client base through consistent cutting, shaving and consultation skills, and I'd bring that same reliability to your shop floor.</w:t>
      </w:r>
    </w:p>
    <w:p>
      <w:pPr>
        <w:spacing w:before="0" w:after="240"/>
      </w:pPr>
      <w:r>
        <w:t>In a previous role I had a client come in with a poorly grown-out fade and a strong opinion on what he wanted, but a face shape that wouldn't suit it. I talked him through two alternatives, showed him the difference with a hand mirror, and he left happy enough to book his next three appointments in advance. That kind of honest, practical consultation is what keeps clients coming back rather than just walking in once.</w:t>
      </w:r>
    </w:p>
    <w:p>
      <w:pPr>
        <w:spacing w:before="0" w:after="240"/>
      </w:pPr>
      <w:r>
        <w:t>What draws me to [Company Name] specifically is [add one genuine, specific reason: a project, value, or market position you can point to]. I want to work somewhere that takes barbering seriously as a trade, not just a quick service.</w:t>
      </w:r>
    </w:p>
    <w:p>
      <w:pPr>
        <w:spacing w:before="0" w:after="240"/>
      </w:pPr>
      <w:r>
        <w:t>Thank you for considering my application. I've attached my resume and would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