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Barrister</w:t>
      </w:r>
    </w:p>
    <w:p>
      <w:pPr>
        <w:spacing w:before="0" w:after="240"/>
      </w:pPr>
      <w:r>
        <w:t>I am writing to seek a brief as Barrister with [Company Name], bringing courtroom advocacy experience and a track record of clear, practical legal opinions that instructing solicitors can act on quickly.</w:t>
      </w:r>
    </w:p>
    <w:p>
      <w:pPr>
        <w:spacing w:before="0" w:after="240"/>
      </w:pPr>
      <w:r>
        <w:t>In a recent matter I was briefed to advise on prospects ahead of a contested hearing. After reviewing the pleadings and researching relevant case law, I identified a procedural weakness in the opposing party's position that had not previously been raised, which informed the client's decision to pursue settlement rather than proceed to trial and saved the client further hearing costs.</w:t>
      </w:r>
    </w:p>
    <w:p>
      <w:pPr>
        <w:spacing w:before="0" w:after="240"/>
      </w:pPr>
      <w:r>
        <w:t>[add one genuine, specific reason: a project, value, or market position you can point to] is what draws me to this opportunity with [Company Name], and I would welcome the chance to discuss how my advocacy and drafting experience could support your instructing solicitors and clients.</w:t>
      </w:r>
    </w:p>
    <w:p>
      <w:pPr>
        <w:spacing w:before="0" w:after="240"/>
      </w:pPr>
      <w:r>
        <w:t>Thank you for considering my application. I have attached my resume and would be glad to provide further detail on any matter listed, or discuss availability for a conference at your convenience.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