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Basketball Coach</w:t>
      </w:r>
    </w:p>
    <w:p>
      <w:pPr>
        <w:spacing w:before="0" w:after="240"/>
      </w:pPr>
      <w:r>
        <w:t>I am applying for the Basketball Coach role at [Company Name]. With my experience planning and leading training sessions, teaching fundamentals and developing game strategy, I am confident I can help your players improve and your program succeed.</w:t>
      </w:r>
    </w:p>
    <w:p>
      <w:pPr>
        <w:spacing w:before="0" w:after="240"/>
      </w:pPr>
      <w:r>
        <w:t>In my most recent season coaching an under 18 representative squad, I rebuilt the training program around measurable skill goals. We used Hudl to break down each game and set weekly targets for defensive rotations and shot selection. By the end of the season, the team had cut its turnover count from fourteen a game to nine, and players were reading opposition screens far more confidently. I also worked closely with the strength and conditioning staff to manage player loads, which kept our roster available for the finals series.</w:t>
      </w:r>
    </w:p>
    <w:p>
      <w:pPr>
        <w:spacing w:before="0" w:after="240"/>
      </w:pPr>
      <w:r>
        <w:t>I am drawn to [Company Name] because [add one genuine, specific reason: a project, value, or market position you can point to]. I want to bring my coaching approach to a program that values both player development and team culture.</w:t>
      </w:r>
    </w:p>
    <w:p>
      <w:pPr>
        <w:spacing w:before="0" w:after="240"/>
      </w:pPr>
      <w:r>
        <w:t>Thank you for considering my application. I have attached my resume and would welcome the chance to talk through how I can contribute to your program.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