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Beef Cattle Farmer</w:t>
      </w:r>
    </w:p>
    <w:p>
      <w:pPr>
        <w:spacing w:before="0" w:after="240"/>
      </w:pPr>
      <w:r>
        <w:t>I am writing to apply for the Beef Cattle Farmer role at [Company Name]. With hands-on experience in breeding, pasture management and herd health, I am confident I can contribute to your operation from the start.</w:t>
      </w:r>
    </w:p>
    <w:p>
      <w:pPr>
        <w:spacing w:before="0" w:after="240"/>
      </w:pPr>
      <w:r>
        <w:t>In my current position I manage a herd of [number] cows and oversee calving, weaning and sale preparation. I introduced rotational grazing that improved ground cover and cut hay usage, and I keep NLIS records up to date so every animal can be traced from property to processor. I also handle budgeting, stock inventory and labour scheduling, which keeps the operation running smoothly through busy periods.</w:t>
      </w:r>
    </w:p>
    <w:p>
      <w:pPr>
        <w:spacing w:before="0" w:after="240"/>
      </w:pPr>
      <w:r>
        <w:t>I am particularly interested in working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