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Beekeeper</w:t>
      </w:r>
    </w:p>
    <w:p>
      <w:pPr>
        <w:spacing w:before="0" w:after="240"/>
      </w:pPr>
      <w:r>
        <w:t>I am writing to apply for the Beekeeper position at [Company Name]. With several years of hands-on experience managing honey bee colonies for honey production and pollination contracts, I am confident I can contribute to your apiary operations from day one.</w:t>
      </w:r>
    </w:p>
    <w:p>
      <w:pPr>
        <w:spacing w:before="0" w:after="240"/>
      </w:pPr>
      <w:r>
        <w:t>In my previous role, I was responsible for the health of over 200 hives across two apiaries. I introduced a routine monitoring program using BroodMinder sensors and regular field inspections, which allowed early detection of varroa mite and small hive beetle. This proactive approach kept colony losses below industry average and maintained strong honey yields despite a challenging season. I also coordinated the movement of 100 hives to almond orchards for pollination, ensuring hives arrived at peak bloom and were returned safely after the contract.</w:t>
      </w:r>
    </w:p>
    <w:p>
      <w:pPr>
        <w:spacing w:before="0" w:after="240"/>
      </w:pPr>
      <w:r>
        <w:t>I am particularly drawn to [Company Name] because [add one genuine, specific reason: a project, value, or market position you can point to]. I am keen to bring my skills in hive management and pollination logistics to a team that values colony health and sustainable practices.</w:t>
      </w:r>
    </w:p>
    <w:p>
      <w:pPr>
        <w:spacing w:before="0" w:after="240"/>
      </w:pPr>
      <w:r>
        <w:t>Thank you for considering my application. My resume is attached, and I would welcome the opportunity to discuss how my experience can support your apiary operations. I look forward to hearing from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