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Bid Manager</w:t>
      </w:r>
    </w:p>
    <w:p>
      <w:pPr>
        <w:spacing w:before="0" w:after="240"/>
      </w:pPr>
      <w:r>
        <w:t>I am writing to apply for the Bid Manager position at [Company Name]. With a background in coordinating complex tender responses across consulting and government contracting, I bring the project management discipline and compliance focus needed to win work in a competitive market.</w:t>
      </w:r>
    </w:p>
    <w:p>
      <w:pPr>
        <w:spacing w:before="0" w:after="240"/>
      </w:pPr>
      <w:r>
        <w:t>In my current role, I led the response to a multi-year government services tender, coordinating inputs from technical, finance and legal teams. I introduced a compliance checklist that reduced last-minute rework and helped the team submit a complete, evaluation-ready proposal two days before the deadline. The bid was shortlisted and the client requested a follow-up presentation, which I also managed.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contribute to a team that takes bid quality seriously and invests in the systems that make winning repeatable.</w:t>
      </w:r>
    </w:p>
    <w:p>
      <w:pPr>
        <w:spacing w:before="0" w:after="240"/>
      </w:pPr>
      <w:r>
        <w:t>Thank you for considering my application. My resume is attached, and I welcome the chance to discuss how I can help [Company Name] secure its next major contract.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