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Biologist</w:t>
      </w:r>
    </w:p>
    <w:p>
      <w:pPr>
        <w:spacing w:before="0" w:after="240"/>
      </w:pPr>
      <w:r>
        <w:t>I am applying for the Biologist position at [Company Name]. With a postgraduate qualification in biology and hands-on experience spanning field surveys, laboratory analysis and data modelling, I can move between the bench, the site and the report without losing rigour along the way.</w:t>
      </w:r>
    </w:p>
    <w:p>
      <w:pPr>
        <w:spacing w:before="0" w:after="240"/>
      </w:pPr>
      <w:r>
        <w:t>In my most recent project I coordinated a seasonal biodiversity monitoring program across a set of remnant vegetation sites. I rewrote the sampling protocol so that plot data stayed comparable between surveyors and visits, set up the R workflow that cleaned and analysed the results, and produced the QGIS figures that went into the final assessment. Reducing the turnaround from raw field sheets to a finished dataset from five days to two meant the field team could adjust the following round of surveys while it still mattered.</w:t>
      </w:r>
    </w:p>
    <w:p>
      <w:pPr>
        <w:spacing w:before="0" w:after="240"/>
      </w:pPr>
      <w:r>
        <w:t>I want to work with [Company Name] because [add one genuine, specific reason: a project, value, or market position you can point to]. I have followed the organisation's work and would welcome the chance to bring my field, laboratory and analytical skills to a team whose research I already respect.</w:t>
      </w:r>
    </w:p>
    <w:p>
      <w:pPr>
        <w:spacing w:before="0" w:after="240"/>
      </w:pPr>
      <w:r>
        <w:t>Thank you for considering my application. My resume is attached and sets out my qualifications, technical skills and project experience in more detail. I would welcome the opportunity to discuss how I can contribute to your work.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