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Biomedical Engineer</w:t>
      </w:r>
    </w:p>
    <w:p>
      <w:pPr>
        <w:spacing w:before="0" w:after="240"/>
      </w:pPr>
      <w:r>
        <w:t>I'm writing to apply for the Biomedical Engineer position at [Company Name]. My background sits across device design, testing and clinical equipment support, which lines up closely with the mix of technical and regulatory work this role covers.</w:t>
      </w:r>
    </w:p>
    <w:p>
      <w:pPr>
        <w:spacing w:before="0" w:after="240"/>
      </w:pPr>
      <w:r>
        <w:t>In a previous project, I worked through the full validation cycle for a piece of diagnostic equipment, from setting up test protocols against AS/NZS standards through to compiling the technical file for TGA submission. That work meant catching design issues early, working through them with the manufacturer, and documenting the outcome clearly enough that it held up under regulatory review.</w:t>
      </w:r>
    </w:p>
    <w:p>
      <w:pPr>
        <w:spacing w:before="0" w:after="240"/>
      </w:pPr>
      <w:r>
        <w:t>What draws me to [Company Name] specifically is [add one genuine, specific reason: a project, value, or market position you can point to]. I want to work somewhere that treats device safety and clinical usability as equally important, and that's the impression I get from your work in this space.</w:t>
      </w:r>
    </w:p>
    <w:p>
      <w:pPr>
        <w:spacing w:before="0" w:after="240"/>
      </w:pPr>
      <w:r>
        <w:t>Thank you for considering my application. I've attached my resume, which sets out my experience with device design, testing and regulatory documentation in more detail,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