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Botanist</w:t>
      </w:r>
    </w:p>
    <w:p>
      <w:pPr>
        <w:spacing w:before="0" w:after="240"/>
      </w:pPr>
      <w:r>
        <w:t>I am writing to apply for the Botanist role at [Company Name]. With a background in field botany and ecological assessment, I am confident I can contribute to your team's work in conservation and land management.</w:t>
      </w:r>
    </w:p>
    <w:p>
      <w:pPr>
        <w:spacing w:before="0" w:after="240"/>
      </w:pPr>
      <w:r>
        <w:t>In my current position, I led a vegetation survey across a degraded riparian corridor, identifying several rare species and producing a management plan that the landholder used to secure funding for restoration works. I also analysed the survey data in R to map habitat condition, which helped prioritise areas for revegetation.</w:t>
      </w:r>
    </w:p>
    <w:p>
      <w:pPr>
        <w:spacing w:before="0" w:after="240"/>
      </w:pPr>
      <w:r>
        <w:t>I am drawn to [Company Name] because [add one genuine, specific reason: a project, value, or market position you can point to]. I am keen to bring my skills in field research and data analysis to a team that values evidence-based outcomes.</w:t>
      </w:r>
    </w:p>
    <w:p>
      <w:pPr>
        <w:spacing w:before="0" w:after="240"/>
      </w:pPr>
      <w:r>
        <w:t>Thank you for considering my application. My resume is attached, and I would welcome the opportunity to discuss how I can support your botanical projects.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