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Building Designer</w:t>
      </w:r>
    </w:p>
    <w:p>
      <w:pPr>
        <w:spacing w:before="0" w:after="240"/>
      </w:pPr>
      <w:r>
        <w:t>I am applying for the Building Designer role with [Company Name]. I design and document residential and light commercial projects end to end, from the first client meeting through to construction drawings and site queries, and I am comfortable being the person who keeps a project compliant and moving.</w:t>
      </w:r>
    </w:p>
    <w:p>
      <w:pPr>
        <w:spacing w:before="0" w:after="240"/>
      </w:pPr>
      <w:r>
        <w:t>In my current role I took a run of residential extension jobs through planning and building permits, including one where an existing carport sat over the proposed extension line. Rather than redesign around it, I worked through the planning scheme provisions with the client, documented the demolition and rebuild sequence separately, and coordinated the structural and energy documentation so the whole set lodged as one application. The permit came through without a request for further information, and the builder priced it directly from my drawings without needing a second site measure.</w:t>
      </w:r>
    </w:p>
    <w:p>
      <w:pPr>
        <w:spacing w:before="0" w:after="240"/>
      </w:pPr>
      <w:r>
        <w:t>[add one genuine, specific reason: a project, value, or market position you can point to]. I would like to bring my documentation standards and client-facing approach to [Company Name] and to the type of work you are known for.</w:t>
      </w:r>
    </w:p>
    <w:p>
      <w:pPr>
        <w:spacing w:before="0" w:after="240"/>
      </w:pPr>
      <w:r>
        <w:t>Thank you for considering my application. My resume is attached and sets out my software experience and project background in more detail. I would welcome the chance to talk through my portfolio with you.</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