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Building Inspector</w:t>
      </w:r>
    </w:p>
    <w:p>
      <w:pPr>
        <w:spacing w:before="0" w:after="240"/>
      </w:pPr>
      <w:r>
        <w:t>I am writing to apply for the Building Inspector role at [Company Name]. My background in site inspection against the Building Code of Australia, combined with hands-on testing of structural, electrical and plumbing systems, matches the day-to-day demands of this position closely.</w:t>
      </w:r>
    </w:p>
    <w:p>
      <w:pPr>
        <w:spacing w:before="0" w:after="240"/>
      </w:pPr>
      <w:r>
        <w:t>In a recent stage inspection, I identified a structural discrepancy between the approved architectural plans and the framing on site before the slab pour was locked in, preventing a costly rework and a delay to the builder's handover date. This is the kind of early-stage attention to detail I bring to every inspection, whether I'm reading blueprints, running a thermal imaging camera over a wall cavity, or documenting findings for a compliance report.</w:t>
      </w:r>
    </w:p>
    <w:p>
      <w:pPr>
        <w:spacing w:before="0" w:after="240"/>
      </w:pPr>
      <w:r>
        <w:t>[Company Name] stood out to me as an employer because [add one genuine, specific reason: a project, value, or market position you can point to]. I want to bring my inspection experience to a team with that focus.</w:t>
      </w:r>
    </w:p>
    <w:p>
      <w:pPr>
        <w:spacing w:before="0" w:after="240"/>
      </w:pPr>
      <w:r>
        <w:t>Thank you for considering my application. I've attached my resume with further detail on my inspection experience and building code knowledge, and I'd welcome the chance to discuss how I can contribute to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