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Bulldozer Operator</w:t>
      </w:r>
    </w:p>
    <w:p>
      <w:pPr>
        <w:spacing w:before="0" w:after="240"/>
      </w:pPr>
      <w:r>
        <w:t>I am writing to apply for the Bulldozer Operator position at [Company Name]. With hands-on experience operating tracked plant on civil and mining projects, I am confident I can contribute to your team.</w:t>
      </w:r>
    </w:p>
    <w:p>
      <w:pPr>
        <w:spacing w:before="0" w:after="240"/>
      </w:pPr>
      <w:r>
        <w:t>In my most recent role, I operated a bulldozer to clear and level a 15-hectare site for a commercial development. By reading survey markers and using GPS machine control, I achieved accurate grades that reduced rework and kept the project on schedule. I also performed daily pre-start checks and minor maintenance, which minimised unexpected downtime.</w:t>
      </w:r>
    </w:p>
    <w:p>
      <w:pPr>
        <w:spacing w:before="0" w:after="240"/>
      </w:pPr>
      <w:r>
        <w:t>I am drawn to [Company Name] because of your reputation for [add one genuine, specific reason: a project, value, or market position you can point to]. I am keen to bring my skills to a company that values safety and quality.</w:t>
      </w:r>
    </w:p>
    <w:p>
      <w:pPr>
        <w:spacing w:before="0" w:after="240"/>
      </w:pPr>
      <w:r>
        <w:t>Thank you for considering my application. I have attached my resume and look forward to the opportunity to discuss how I can contribute to your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