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Butcher</w:t>
      </w:r>
    </w:p>
    <w:p>
      <w:pPr>
        <w:spacing w:before="0" w:after="240"/>
      </w:pPr>
      <w:r>
        <w:t>I'm writing to apply for the Butcher position at [Company Name]. I have solid experience breaking down carcasses, preparing retail cuts and working to strict food safety standards, and I'm looking for a role where I can keep building on that with a busy, quality-focused team.</w:t>
      </w:r>
    </w:p>
    <w:p>
      <w:pPr>
        <w:spacing w:before="0" w:after="240"/>
      </w:pPr>
      <w:r>
        <w:t>In my most recent role I was responsible for cutting and packaging a full range of retail products each shift, working to daily production targets while keeping offcut wastage low. I also handled customer orders at the counter, including special cutting requests, which meant balancing speed with accuracy and a good level of service. I take equipment care seriously and kept my saws, mincer and knives properly maintained and sharpened as part of the daily routine.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takes food safety and product quality as seriously as I do.</w:t>
      </w:r>
    </w:p>
    <w:p>
      <w:pPr>
        <w:spacing w:before="0" w:after="240"/>
      </w:pPr>
      <w:r>
        <w:t>Thank you for considering my application. I've attached my resume with further detail on my experience and qualifications,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