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Cable Jointer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Cable jointer with a trade background in electricity distribution, working across low voltage, high voltage and extra high voltage cable jointing, termination and repair. I read network plans, follow switching and safe work procedures, and test completed joints so the network goes back into service cleanly the first time. I work outdoors, underground and at heights, and I am comfortable with the paperwork that keeps a job safe and auditable.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Low voltage, high voltage and extra high voltage cable jointing and termination   •   Cable end preparation: stripping insulation, screening and conductor layers   •   Insulation resistance, continuity and partial discharge testing   •   Reading network plans, switching sheets and jointing instructions   •   Worksite safety management and high voltage switching procedures   •   Hydraulic crimping tools and cable pulling winches   •   Cable fault locators and time domain reflectometers   •   Insulation resistance and high voltage test sets   •   Plant and equipment operation and daily pre-start checks   •   Hand and power tool work on cable and jointing equipment   •   Network asset and GIS mapping software   •   Safe work documentation and job records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Cable Jointer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Jointed and terminated low voltage and high voltage cable ends across a network renewal program, completing scheduled joints ahead of the wet season and returning sections to service without repeat callouts.</w:t>
      </w:r>
    </w:p>
    <w:p>
      <w:pPr>
        <w:pStyle w:val="ListBullet"/>
        <w:spacing w:after="80" w:line="276" w:lineRule="auto"/>
      </w:pPr>
      <w:r>
        <w:t>Prepared cable ends by stripping insulation, screening and conductor layers to marked dimensions, rechecking screen cut lengths against jointing instructions before crimping to reduce rework.</w:t>
      </w:r>
    </w:p>
    <w:p>
      <w:pPr>
        <w:pStyle w:val="ListBullet"/>
        <w:spacing w:after="80" w:line="276" w:lineRule="auto"/>
      </w:pPr>
      <w:r>
        <w:t>Operated hydraulic crimping, jointing and cable pulling equipment on underground and overhead works, running daily pre-start checks and reporting faults before they stopped a crew.</w:t>
      </w:r>
    </w:p>
    <w:p>
      <w:pPr>
        <w:pStyle w:val="ListBullet"/>
        <w:spacing w:after="80" w:line="276" w:lineRule="auto"/>
      </w:pPr>
      <w:r>
        <w:t>Tested completed joints for insulation resistance, continuity and partial discharge, recording results and handing clear evidence to the network controller before energisation.</w:t>
      </w:r>
    </w:p>
    <w:p>
      <w:pPr>
        <w:pStyle w:val="ListBullet"/>
        <w:spacing w:after="80" w:line="276" w:lineRule="auto"/>
      </w:pPr>
      <w:r>
        <w:t>Read network plans and switching sheets and worked to permit conditions, isolating and proving dead before work and keeping the crew and public clear of live apparatus.</w:t>
      </w:r>
    </w:p>
    <w:p>
      <w:pPr>
        <w:pStyle w:val="ListBullet"/>
        <w:spacing w:after="240" w:line="276" w:lineRule="auto"/>
      </w:pPr>
      <w:r>
        <w:t>Trained two apprentices in cable preparation and safe jointing practice, with both moving onto supervised terminations within their first year on the tools.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ESI Power Systems (Cable Jointing), or Certificate III in Electrotechnology Electrician followed by industry cable jointing training and high voltage switching accreditation.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