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Call Centre Operator</w:t>
      </w:r>
    </w:p>
    <w:p>
      <w:pPr>
        <w:spacing w:before="0" w:after="240"/>
      </w:pPr>
      <w:r>
        <w:t>I am writing to apply for the Call Centre Operator role at [Company Name]. With a background in inbound and outbound customer service, I am confident I can handle enquiries, resolve routine issues and record interactions accurately in your contact centre.</w:t>
      </w:r>
    </w:p>
    <w:p>
      <w:pPr>
        <w:spacing w:before="0" w:after="240"/>
      </w:pPr>
      <w:r>
        <w:t>In my current role, I handle around 70 inbound calls a day across billing, orders and account enquiries. I record every interaction in Salesforce Service Cloud and escalate complex complaints with a clear summary so customers do not have to repeat themselves. One recent example was a customer whose order had been delayed twice; I tracked the delivery, called the courier and arranged a new time, which resolved the issue without it going further. My average handling time is consistently within target and my quality scores are strong.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contact centre where I can keep building my skills in a structured, measured environment and contribute to a team that takes customer service seriously.</w:t>
      </w:r>
    </w:p>
    <w:p>
      <w:pPr>
        <w:spacing w:before="0" w:after="240"/>
      </w:pPr>
      <w:r>
        <w:t>Thank you for considering my application. I have attached my resume and would welcome the chance to discuss how I can support your customers and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