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Captioner</w:t>
      </w:r>
    </w:p>
    <w:p>
      <w:pPr>
        <w:spacing w:before="0" w:after="240"/>
      </w:pPr>
      <w:r>
        <w:t>I am writing to apply for the captioner role at [Company Name]. With a strong background in transcription and captioning, I am confident I can deliver accurate, accessible captions that meet both your style guide and audience needs.</w:t>
      </w:r>
    </w:p>
    <w:p>
      <w:pPr>
        <w:spacing w:before="0" w:after="240"/>
      </w:pPr>
      <w:r>
        <w:t>In my recent work, I reduced the average turnaround time for on-demand streaming captions from four hours to two by refining my software shortcuts and quality checks. I also maintained caption accuracy across a weekly 30-minute current affairs program, editing for readability and ensuring compliance with accessibility standards. This experience has given me a keen eye for detail and the ability to work efficiently under deadline pressure.</w:t>
      </w:r>
    </w:p>
    <w:p>
      <w:pPr>
        <w:spacing w:before="0" w:after="240"/>
      </w:pPr>
      <w:r>
        <w:t>I am drawn to [Company Name] because [add one genuine, specific reason: a project, value, or market position you can point to]. I am keen to contribute to your team and help make your content more accessible to a wider audience.</w:t>
      </w:r>
    </w:p>
    <w:p>
      <w:pPr>
        <w:spacing w:before="0" w:after="240"/>
      </w:pPr>
      <w:r>
        <w:t>Thank you for considering my application. I have attached my resume for your review and would welcome the opportunity to discuss how my skills can support your captioning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