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Car Park Attendant</w:t>
      </w:r>
    </w:p>
    <w:p>
      <w:pPr>
        <w:spacing w:before="0" w:after="240"/>
      </w:pPr>
      <w:r>
        <w:t>I'm applying for the Car Park Attendant role at [Company Name]. I've spent the past few years looking after the daily running of busy parking facilities, and the mix of customer service, cash handling and safety checks in this role is the work I know well.</w:t>
      </w:r>
    </w:p>
    <w:p>
      <w:pPr>
        <w:spacing w:before="0" w:after="240"/>
      </w:pPr>
      <w:r>
        <w:t>At a hospital car park with around 450 bays, the exit lane used to back up badly whenever clinics finished. I worked out where the bottleneck actually was, moved the validation point so tickets were processed during the quiet mid-morning window, and cut the exit queue from roughly fifteen cars to three or four. I also took over the end of day reconciliation of PayStay and machine takings, and cleared a backlog of unmatched transactions by writing a simple check sheet the next attendant could follow.</w:t>
      </w:r>
    </w:p>
    <w:p>
      <w:pPr>
        <w:spacing w:before="0" w:after="240"/>
      </w:pPr>
      <w:r>
        <w:t>[add one genuine, specific reason: a project, value, or market position you can point to]</w:t>
      </w:r>
    </w:p>
    <w:p>
      <w:pPr>
        <w:spacing w:before="0" w:after="240"/>
      </w:pPr>
      <w:r>
        <w:t>Thank you for considering my application. My resume is attached, and I'm available for evening, weekend and public holiday shifts.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