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Car Salesperson</w:t>
      </w:r>
    </w:p>
    <w:p>
      <w:pPr>
        <w:spacing w:before="0" w:after="240"/>
      </w:pPr>
      <w:r>
        <w:t>I am applying for the car salesperson role at [Company Name]. My experience sits on the showroom floor and in the online enquiry inbox, and I am comfortable working to monthly targets on a base plus commission structure where the results are visible every week.</w:t>
      </w:r>
    </w:p>
    <w:p>
      <w:pPr>
        <w:spacing w:before="0" w:after="240"/>
      </w:pPr>
      <w:r>
        <w:t>In my most recent dealership role I took over a group of used vehicles that had been sitting on the lot past the sixty day mark and were tying up floorplan money. I reviewed each one against current market pricing, wrote fresh listings with clearer photos and honest condition notes, and called every customer who had enquired about a similar model in the previous three months. Most of that aged stock moved within eight weeks, and two of those buyers have since returned to the dealership for their next vehicle.</w:t>
      </w:r>
    </w:p>
    <w:p>
      <w:pPr>
        <w:spacing w:before="0" w:after="240"/>
      </w:pPr>
      <w:r>
        <w:t>What draws me to [Company Name] is [add one genuine, specific reason: a project, value, or market position you can point to]. I want to sell a product I can stand behind and learn from a team that takes its reputation in the local market seriously.</w:t>
      </w:r>
    </w:p>
    <w:p>
      <w:pPr>
        <w:spacing w:before="0" w:after="240"/>
      </w:pPr>
      <w:r>
        <w:t>Thank you for considering my application. My resume is attached and I would welcome the chance to meet you at the dealership, walk the yard and talk through how I would approach your current stock and enquiry pipeline.</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