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Caretaker</w:t>
      </w:r>
    </w:p>
    <w:p>
      <w:pPr>
        <w:spacing w:before="0" w:after="240"/>
      </w:pPr>
      <w:r>
        <w:t>I am writing to apply for the Caretaker role at [Company Name]. With hands-on experience in building upkeep, grounds care and security checks, I am confident I can help keep your premises safe, clean and well-presented.</w:t>
      </w:r>
    </w:p>
    <w:p>
      <w:pPr>
        <w:spacing w:before="0" w:after="240"/>
      </w:pPr>
      <w:r>
        <w:t>In my current role, I oversee the daily cleaning and maintenance of a multi-building site. I recently identified a recurring leak in a common area, traced it to a blocked drain and cleared it before any water damage occurred. I also re-organised the waste and recycling schedule, which cut overflow complaints and kept the bin area tidier for residents.</w:t>
      </w:r>
    </w:p>
    <w:p>
      <w:pPr>
        <w:spacing w:before="0" w:after="240"/>
      </w:pPr>
      <w:r>
        <w:t>I want to work for [add one genuine, specific reason: a project, value, or market position you can point to]. I have followed your work in the community and believe my practical, safety-first approach would fit well with your standards.</w:t>
      </w:r>
    </w:p>
    <w:p>
      <w:pPr>
        <w:spacing w:before="0" w:after="240"/>
      </w:pPr>
      <w:r>
        <w:t>Thank you for considering my application. I have attached my resume for your review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