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Carpet Cleaner</w:t>
      </w:r>
    </w:p>
    <w:p>
      <w:pPr>
        <w:spacing w:before="0" w:after="240"/>
      </w:pPr>
      <w:r>
        <w:t>I am writing to apply for the Carpet Cleaner role at [Company Name]. With hands-on experience in residential and commercial carpet and upholstery cleaning, I bring a careful, methodical approach to fibre care and stain removal.</w:t>
      </w:r>
    </w:p>
    <w:p>
      <w:pPr>
        <w:spacing w:before="0" w:after="240"/>
      </w:pPr>
      <w:r>
        <w:t>In my current role, I inspect carpets and upholstery before each job to identify fibre type and stain origin, which helps me choose the right pre-treatment and cleaning method. I recently restored a heavily soiled rental property ahead of a lease inspection, removing pet stains and traffic marks from wool carpet without damaging the fibre, and the property passed with no cleaning-related issues. I also cut drying time on a regular office contract from overnight to a few hours by grooming and setting up air movers at the end of each clean.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 I am looking for an employer where I can apply my skills and continue to learn.</w:t>
      </w:r>
    </w:p>
    <w:p>
      <w:pPr>
        <w:spacing w:before="0" w:after="240"/>
      </w:pPr>
      <w:r>
        <w:t>Thank you for considering my application. I have attached my resume for your review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