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Catering Manager</w:t>
      </w:r>
    </w:p>
    <w:p>
      <w:pPr>
        <w:spacing w:before="0" w:after="240"/>
      </w:pPr>
      <w:r>
        <w:t>I'm writing to apply for the Catering Manager role at [Company Name]. I've spent my career planning menus, running live service and keeping food safety and budgets on track across corporate, wedding and institutional events, and this role fits that experience closely.</w:t>
      </w:r>
    </w:p>
    <w:p>
      <w:pPr>
        <w:spacing w:before="0" w:after="240"/>
      </w:pPr>
      <w:r>
        <w:t>In a recent role I managed the full catering brief for a multi-course wedding reception, from confirming dietary requirements with the client through to costing the menu, briefing kitchen and front-of-house staff, and running the room on the day. The event went out on time and within the agreed food cost margin, and the client asked us to cater their engagement party the following year.</w:t>
      </w:r>
    </w:p>
    <w:p>
      <w:pPr>
        <w:spacing w:before="0" w:after="240"/>
      </w:pPr>
      <w:r>
        <w:t>What draws me to [Company Name] is [add one genuine, specific reason: a project, value, or market position you can point to]. That kind of focus is exactly where I want to put my experience in staffing, compliance and client management to use.</w:t>
      </w:r>
    </w:p>
    <w:p>
      <w:pPr>
        <w:spacing w:before="0" w:after="240"/>
      </w:pPr>
      <w:r>
        <w:t>Thank you for considering my application. I've attached my resume and would welcome the chance to discuss how I can contribute to your catering operations.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