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Chauffeur</w:t>
      </w:r>
    </w:p>
    <w:p>
      <w:pPr>
        <w:spacing w:before="0" w:after="240"/>
      </w:pPr>
      <w:r>
        <w:t>I am writing to apply for the chauffeur role with [Company Name]. With a current driver accreditation and several years of passenger transport experience, I offer the punctuality, presentation and discretion your clients expect.</w:t>
      </w:r>
    </w:p>
    <w:p>
      <w:pPr>
        <w:spacing w:before="0" w:after="240"/>
      </w:pPr>
      <w:r>
        <w:t>In my most recent role I managed daily corporate and airport transfers, monitoring incoming flights with FlightRadar24 and adjusting pick-ups so passengers were met on arrival rather than left waiting. I kept my vehicle spotless, completed pre-start checks each shift, and handled luggage and boarding for older clients and families without a single damage claim. My trip records and payment reconciliations were consistently accurate, which helped the operations team close out each day without follow-up.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particularly interested in employers who treat presentation and client confidentiality as part of the service, not an afterthought, and I would welcome the chance to bring that standard to your team.</w:t>
      </w:r>
    </w:p>
    <w:p>
      <w:pPr>
        <w:spacing w:before="0" w:after="240"/>
      </w:pPr>
      <w:r>
        <w:t>Thank you for considering my application. My resume is attached, and I would be glad to discuss how I can support your clients' transport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