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Chef</w:t>
      </w:r>
    </w:p>
    <w:p>
      <w:pPr>
        <w:spacing w:before="0" w:after="240"/>
      </w:pPr>
      <w:r>
        <w:t>I'm writing to apply for the Chef position at [Company Name]. I've spent my career in commercial kitchens, planning menus and running sections under service pressure, and I'd bring that same consistency to your kitchen.</w:t>
      </w:r>
    </w:p>
    <w:p>
      <w:pPr>
        <w:spacing w:before="0" w:after="240"/>
      </w:pPr>
      <w:r>
        <w:t>In my most recent role I took over seasonal menu planning for a busy service and reworked several dishes to use ingredients more efficiently, which brought food cost down without dropping portion size or presentation. I also trained two apprentices through their Certificate III units, covering knife skills, food safety and station setup, and both are now running their own sections confidently.</w:t>
      </w:r>
    </w:p>
    <w:p>
      <w:pPr>
        <w:spacing w:before="0" w:after="240"/>
      </w:pPr>
      <w:r>
        <w:t>What draws me to [Company Name] specifically is [add one genuine, specific reason: a project, value, or market position you can point to]. I want to work somewhere that takes that seriously, and I think my background in food safety compliance and cost control fits well with it.</w:t>
      </w:r>
    </w:p>
    <w:p>
      <w:pPr>
        <w:spacing w:before="0" w:after="240"/>
      </w:pPr>
      <w:r>
        <w:t>Thank you for considering my application. I've attached my resume with more detail on my experience and qualifications, and I'd welcome the chance to discuss how I can contribute to your kitchen.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